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C4B7A"/>
          <w:sz w:val="40"/>
        </w:rPr>
        <w:t>ОБРАЗЕЦ РАБОТЫ № 3</w:t>
      </w:r>
    </w:p>
    <w:p>
      <w:pPr>
        <w:jc w:val="center"/>
      </w:pPr>
      <w:r>
        <w:rPr>
          <w:i/>
          <w:color w:val="646E78"/>
          <w:sz w:val="20"/>
        </w:rPr>
        <w:t>Набор, редактирование и оформление текста</w:t>
      </w:r>
    </w:p>
    <w:p/>
    <w:p>
      <w:r>
        <w:rPr>
          <w:b/>
          <w:color w:val="1C4B7A"/>
          <w:sz w:val="32"/>
        </w:rPr>
        <w:t>ИНФОРМАЦИЯ ДЛЯ КЛИЕНТОВ</w:t>
      </w:r>
    </w:p>
    <w:p>
      <w:r>
        <w:rPr>
          <w:b/>
          <w:sz w:val="26"/>
        </w:rPr>
        <w:t>Как оформить заказ</w:t>
      </w:r>
    </w:p>
    <w:p>
      <w:r>
        <w:t>1. Отправьте исходный текст или документ.</w:t>
      </w:r>
    </w:p>
    <w:p>
      <w:r>
        <w:t>2. Укажите, что нужно сделать: набрать текст, исправить ошибки, отредактировать или оформить документ.</w:t>
      </w:r>
    </w:p>
    <w:p>
      <w:r>
        <w:t>3. Сообщите желаемый формат готового файла и срок выполнения.</w:t>
      </w:r>
    </w:p>
    <w:p/>
    <w:p>
      <w:r>
        <w:rPr>
          <w:b/>
          <w:color w:val="1C4B7A"/>
          <w:sz w:val="26"/>
        </w:rPr>
        <w:t>Что входит в работу</w:t>
      </w:r>
    </w:p>
    <w:p>
      <w:pPr>
        <w:pStyle w:val="ListBullet"/>
      </w:pPr>
      <w:r>
        <w:t>Аккуратный набор текста с изображения или черновика</w:t>
      </w:r>
    </w:p>
    <w:p>
      <w:pPr>
        <w:pStyle w:val="ListBullet"/>
      </w:pPr>
      <w:r>
        <w:t>Исправление орфографии и пунктуации</w:t>
      </w:r>
    </w:p>
    <w:p>
      <w:pPr>
        <w:pStyle w:val="ListBullet"/>
      </w:pPr>
      <w:r>
        <w:t>Разделение на абзацы и добавление заголовков</w:t>
      </w:r>
    </w:p>
    <w:p>
      <w:pPr>
        <w:pStyle w:val="ListBullet"/>
      </w:pPr>
      <w:r>
        <w:t>Единое оформление списков и отступов</w:t>
      </w:r>
    </w:p>
    <w:p/>
    <w:p>
      <w:pPr>
        <w:jc w:val="center"/>
      </w:pPr>
      <w:r>
        <w:rPr>
          <w:b/>
          <w:color w:val="1C4B7A"/>
          <w:sz w:val="28"/>
        </w:rPr>
        <w:t>Спасибо за обращение!</w:t>
      </w:r>
    </w:p>
    <w:p>
      <w:pPr>
        <w:jc w:val="center"/>
      </w:pPr>
      <w:r>
        <w:rPr>
          <w:i/>
          <w:color w:val="6E6E6E"/>
          <w:sz w:val="18"/>
        </w:rPr>
        <w:t>Демонстрационный макет оформления. Содержание подготовлено специально для портфолио.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