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C4B7A"/>
          <w:sz w:val="40"/>
        </w:rPr>
        <w:t>ОБРАЗЕЦ РАБОТЫ № 2</w:t>
      </w:r>
    </w:p>
    <w:p>
      <w:pPr>
        <w:jc w:val="center"/>
      </w:pPr>
      <w:r>
        <w:rPr>
          <w:i/>
          <w:color w:val="646E78"/>
          <w:sz w:val="20"/>
        </w:rPr>
        <w:t>Короткое сообщение на арабском и китайском языках</w:t>
      </w:r>
    </w:p>
    <w:p/>
    <w:p>
      <w:r>
        <w:rPr>
          <w:b/>
          <w:color w:val="1C4B7A"/>
          <w:sz w:val="26"/>
        </w:rPr>
        <w:t>Исходный текст (русский)</w:t>
      </w:r>
    </w:p>
    <w:p>
      <w:pPr>
        <w:spacing w:after="200"/>
      </w:pPr>
      <w:r>
        <w:t>Добрый день! Спасибо за интерес к нашей услуге. Мы готовы ответить на ваши вопросы и помочь с оформлением заказа.</w:t>
      </w:r>
    </w:p>
    <w:p>
      <w:r>
        <w:rPr>
          <w:b/>
          <w:color w:val="1C4B7A"/>
          <w:sz w:val="26"/>
        </w:rPr>
        <w:t>Перевод на арабский (العربية)</w:t>
      </w:r>
    </w:p>
    <w:p>
      <w:pPr>
        <w:spacing w:after="200"/>
        <w:jc w:val="right"/>
        <w:bidi/>
      </w:pPr>
      <w:r>
        <w:rPr>
          <w:rtl/>
        </w:rPr>
        <w:t>مرحبًا! شكرًا لاهتمامكم بخدمتنا. يسعدنا الإجابة عن أسئلتكم ومساعدتكم في تقديم الطلب.</w:t>
      </w:r>
    </w:p>
    <w:p>
      <w:r>
        <w:rPr>
          <w:b/>
          <w:color w:val="1C4B7A"/>
          <w:sz w:val="26"/>
        </w:rPr>
        <w:t>Перевод на китайский (中文)</w:t>
      </w:r>
    </w:p>
    <w:p>
      <w:pPr>
        <w:spacing w:after="200"/>
      </w:pPr>
      <w:r>
        <w:t>您好！感谢您对我们服务的关注。我们很乐意回答您的问题，并协助您下单。</w:t>
      </w:r>
    </w:p>
    <w:p>
      <w:r>
        <w:rPr>
          <w:b/>
        </w:rPr>
        <w:t xml:space="preserve">Примечание: </w:t>
      </w:r>
      <w:r>
        <w:t>Учебный демонстрационный пример. Перед использованием в официальной или юридически значимой переписке перевод следует проверить носителю языка.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